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דבבו את הסרט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בדיבוב סרט ללא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דמויות ולזהות רגשות לפי הבעות 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שורות דיבוב קצרות וקולעות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צופים בסרט עם 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רק צופים בסרט עם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שכתוב בשלב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הסרט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פרצופים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סרט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(תושייה ועבודת 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(התמדה וסבלנות)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(חסד ונתינה)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(אמונה בעצמי והתמדה)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הדיבוב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צפייה ראשונה בסרט עם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הדמויות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ניתוח רגשות מתוך הבעות הפנים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שורות קצרות ודיבוב בשידור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שורות קצרות וטבעיות שמתאימות למצב ולרגש של הפחד וההפתעה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ציפייה, תיאור דמויות, ניתוח רגשות, 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הבעות פנים ושפת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שמנמקת בחירה לפי נושא או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קטע קצר בלי קול ולתרגל בזוגות דיבוב חי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לעצור על תמונה קפואה כדי לתרגל זיהוי רגשות מהפרצופים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שאלות ה-skip_n ולהתמקד בזיהוי השלבים והנושאים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דבבו את הסרט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שלבי הדיבוב של סרטים קצרים בלי מילים: צפייה, תיאור דמויות, זיהוי רגשות וכתיבת טקסט לדיבוב.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קול  ·  פרצופים  ·  מתארים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שלבים יש בתהליך הדיבוב שמוצג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כותבים דיבוב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צופים בסרט עם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מנתחים רגשות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הראשון כבר כותבים את שורות הדיבוב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האחרון מקרינים את הסרט בלי קול ומדבבים בשידור חי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 על הנער שחיכה בשער הנושא המרכזי הוא התמדה וסבלנות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הראשון צופים בסרט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השני __________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בשלב השלישי מנתחים רגשות מתוך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סרט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אמונה בעצמי והתמדה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חסד ונתינה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תושייה ועבודת 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פיפ – כלבה קטנה עם חלום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התמדה וסבלנות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הדיבוב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ניתוח רגשות מתוך הבעות הפנים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שורות קצרות ודיבוב בשידור 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צפייה ראשונה בסרט עם 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הדמויות במילים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שורות דיבוב קצרות לרגע שבו הפינגווינים מגלים את האורקה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שלבי הדיבוב?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אפשר לדעת מה דמות מרגישה בלי שהיא מדברת?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דבבו את הסרט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