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דבבו את הסרט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העבודה בדיבוב סרט ללא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דמויות ולזהות רגשות לפי הבעות פנים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שורות דיבוב קצרות וקולעות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צופים בסרט עם 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שלב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ילד סקרן ונחוש שמטפס לבד על ההר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בשלב הראשון רק צופים בסרט עם 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מה שכתוב בשלב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האורקה מנסה להטות את הקרח כדי שהפינגווינים יחליקו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הסרט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בדיוק הרעיון של הסרט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מתארים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פרצופים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מדבבים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סרט לנושא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(תושייה ועבודת 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(התמדה וסבלנות)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(חסד ונתינה)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(אמונה בעצמי והתמדה)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הדיבוב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צפייה ראשונה בסרט עם 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הדמויות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ניתוח רגשות מתוך הבעות הפנים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שורות קצרות ודיבוב בשידור חי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ודיבוב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שכוללת תיאור עם לפחות שתי תכונות אופי מתאימות לדמות שנבחרה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חופשית, שורות קצרות וטבעיות שמתאימות למצב ולרגש של הפחד וההפתעה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שמזהה רגש של אכזבה או תסכול ומציינת שהיא ממשיכה להתאמן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ציפייה, תיאור דמויות, ניתוח רגשות, דיבוב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הבעות פנים ושפת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שמנמקת בחירה לפי נושא או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קטע קצר בלי קול ולתרגל בזוגות דיבוב חי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לעצור על תמונה קפואה כדי לתרגל זיהוי רגשות מהפרצופים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שאלות ה-skip_n ולהתמקד בזיהוי השלבים והנושאים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דבבו את הסרט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מדבבים סרט בלי מילים. יש ארבעה שלבים פשוטים.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לדבב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קול לדמות בסרט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או חיה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כמו שמחה, פחד או עצב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הבעת פנים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הפרצוף נראה כשמרגישים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תושייה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למצוא פתרון בקושי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להמשיך לנסות ולא לוותר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שרשרת של טוב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מעשה טוב שעובר מאדם לאדם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שלבים יש בתהליך?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קודם 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דיבוב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צופים בסרט עם 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מנתחים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מדבבים בשידור 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עוצרים ובודקים רגשות?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שלב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שלב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שלב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שלב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מתארים את הדמות בדוגמה?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 עצוב ובודד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 סקרן ונחוש שמטפס לבד על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ילדה חכמה וביישנית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 עייף שרוצה לישון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הראשון כבר כותבים את שורות הדיבוב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האחרון מקרינים את הסרט בלי קול ומדבבים בשידור חי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 על הפינגווינים מופיעה אורקה שרוצה לעזור לפינגווינים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 על הנער שחיכה בשער הנושא המרכזי הוא התמדה וסבלנות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 בומרנג של טוב מעשה טוב קטן חוזר בסוף למי שהתחיל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הראשון צופים בסרט עם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השני __________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השלישי מנתחים רגשות מתוך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פיפ היא כלבה קטנה שמתאמנת להיות כלבת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בשלב האחרון כותבים שורות קצרות ו__________ בשידור חי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סרט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הפינגווינים והאורקה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התמדה וסבלנות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התלמיד שחיכה בשער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אמונה בעצמי והתמדה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בומרנג של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תושייה ועבודת 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פיפ – כלבה קטנה עם חלום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חסד ונתינה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הדיבוב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הדמויות במילים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צפייה ראשונה בסרט עם קול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שורות קצרות ודיבוב בשידור חי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ניתוח רגשות מתוך הבעות הפנים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ודיבוב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מהסרטים המוזכרים בדף ותארו את הדמות הראשית במשפט אחד עם שלוש תכונות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שורות דיבוב קצרות לרגע שבו הפינגווינים מגלים את האורקה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רגע בסרט פיפ שבו רואים בהבעת הפנים שהיא נכשלה, ומה היא בכל זאת ממשיכה לעשות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שלבי הדיבוב?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לדעת מה דמות מרגישה בלי שהיא מדברת?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איזה סרט הייתם רוצים לדבב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דבבו את הסרט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