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דבבו את הסרט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בדיבוב סרט ללא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דמויות ולזהות רגשות לפי הבעות 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קצרות וקולעות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צופים בסרט עם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שלב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ילד סקרן ונחוש שמטפס לבד על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רק צופים בסרט עם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שכתוב בשלב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האורקה מנסה להטות את הקרח כדי שהפינגווינים יחליקו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הסרט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הרעיון של הסרט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סרט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(תושייה ועבודת 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(חסד ונתינה)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(אמונה בעצמי והתמדה)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הדיבוב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 ראשונה בסרט עם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הדמויות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רגשות מתוך הבעות הפנים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שורות קצרות ודיבוב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שכוללת תיאור עם לפחות שתי תכונות אופי מתאימות לדמות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שורות קצרות וטבעיות שמתאימות למצב ולרגש של הפחד וההפתעה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שמזהה רגש של אכזבה או תסכול ומציינת שהיא ממשיכה להתאמן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ציפייה, תיאור דמויות, ניתוח רגשות, 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שמנמקת בחירה לפי נושא או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בלי קול ולתרגל בזוגות דיבוב חי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על תמונה קפואה כדי לתרגל זיהוי רגשות מהפרצופים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שאלות ה-skip_n ולהתמקד בזיהוי השלבים והנושאים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דבבו את הסרט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שלבי הדיבוב של סרטים קצרים בלי מילים: צפייה, תיאור דמויות, זיהוי רגשות וכתיבת טקסט לדיבוב.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בתהליך הדיבוב שמוצג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דיבוב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צופים בסרט עם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מנתחים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מדבבים בשידור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שלב עוצרים תמונה ושואלים מה הדמות מרגישה?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הדוגמה לתיאור מורחב של דמות שמופיעה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עצוב ובודד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סקרן ונחוש שמטפס לבד על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ילדה חכמה וביישנית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עייף שרוצה לישון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כבר כותבים את שורות הדיבוב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מקרינים את הסרט בלי קול ומדבבים בשידור חי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על הפינגווינים מופיעה אורקה שרוצה לעזור לפינגווינים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על הנער שחיכה בשער הנושא המרכזי הוא התמדה וסבלנות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בומרנג של טוב מעשה טוב קטן חוזר בסוף למי שהתחיל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הראשון צופים בסרט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__________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מנתחים רגשות מתוך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פיפ היא כלבה קטנה שמתאמנת להיות כלבת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כותבים שורות קצרות ו__________ בשידור 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סרט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חסד ונתינה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תושייה ועבודת 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בעצמי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 – כלבה קטנה עם חלום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התמדה וסבלנות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הדיבוב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רגשות מתוך הבעות הפנים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שורות קצרות ודיבוב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צפייה ראשונה בסרט עם 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הדמויות במילים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מהסרטים המוזכרים בדף ותארו את הדמות הראשית במשפט אחד עם שלוש תכונות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שורות דיבוב קצרות לרגע שבו הפינגווינים מגלים את האורקה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רגע בסרט פיפ שבו רואים בהבעת הפנים שהיא נכשלה, ומה היא בכל זאת ממשיכה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שלבי הדיבוב?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מה דמות מרגישה בלי שהיא מדברת?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איזה סרט הייתם רוצים לדבב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דבבו את הסרט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